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280"/>
        <w:jc w:val="center"/>
      </w:pPr>
      <w:r>
        <w:rPr>
          <w:b/>
          <w:sz w:val="28"/>
        </w:rPr>
        <w:t>ОТЗЫВ СОГЛАСИЯ на обработку персональных данных (форма)</w:t>
      </w:r>
    </w:p>
    <w:p>
      <w:pPr>
        <w:spacing w:after="0"/>
        <w:jc w:val="right"/>
      </w:pPr>
      <w:r>
        <w:rPr>
          <w:i/>
          <w:color w:val="444444"/>
          <w:sz w:val="18"/>
        </w:rPr>
        <w:t>Приложение № 3</w:t>
      </w:r>
    </w:p>
    <w:p>
      <w:pPr>
        <w:spacing w:after="0"/>
        <w:jc w:val="right"/>
      </w:pPr>
      <w:r>
        <w:rPr>
          <w:i/>
          <w:color w:val="444444"/>
          <w:sz w:val="18"/>
        </w:rPr>
        <w:t>к Политике обработки персональных данных</w:t>
      </w:r>
    </w:p>
    <w:p>
      <w:pPr>
        <w:spacing w:after="0"/>
        <w:jc w:val="right"/>
      </w:pPr>
      <w:r>
        <w:rPr>
          <w:i/>
          <w:color w:val="444444"/>
          <w:sz w:val="18"/>
        </w:rPr>
        <w:t>ИП Атаметова Азизхана Дадахановича</w:t>
      </w:r>
    </w:p>
    <w:p>
      <w:pPr>
        <w:spacing w:after="0"/>
      </w:pPr>
    </w:p>
    <w:p>
      <w:pPr>
        <w:spacing w:after="0"/>
        <w:jc w:val="right"/>
      </w:pPr>
      <w:r>
        <w:rPr>
          <w:i/>
          <w:color w:val="444444"/>
          <w:sz w:val="18"/>
        </w:rPr>
        <w:t>Индивидуальному предпринимателю</w:t>
      </w:r>
    </w:p>
    <w:p>
      <w:pPr>
        <w:spacing w:after="0"/>
        <w:jc w:val="right"/>
      </w:pPr>
      <w:r>
        <w:rPr>
          <w:i/>
          <w:color w:val="444444"/>
          <w:sz w:val="18"/>
        </w:rPr>
        <w:t>Атаметову Азизхану Дадахановичу</w:t>
      </w:r>
    </w:p>
    <w:p>
      <w:pPr>
        <w:spacing w:after="0"/>
        <w:jc w:val="right"/>
      </w:pPr>
      <w:r>
        <w:rPr>
          <w:i/>
          <w:color w:val="444444"/>
          <w:sz w:val="18"/>
        </w:rPr>
        <w:t>ОГРНИП 324246800062999, ИНН 245727712402</w:t>
      </w:r>
    </w:p>
    <w:p>
      <w:pPr>
        <w:spacing w:after="0"/>
        <w:jc w:val="right"/>
      </w:pPr>
      <w:r>
        <w:rPr>
          <w:i/>
          <w:color w:val="444444"/>
          <w:sz w:val="18"/>
        </w:rPr>
        <w:t>662971, Красноярский край, ЗАТО Железногорск,</w:t>
      </w:r>
    </w:p>
    <w:p>
      <w:pPr>
        <w:spacing w:after="0"/>
        <w:jc w:val="right"/>
      </w:pPr>
      <w:r>
        <w:rPr>
          <w:i/>
          <w:color w:val="444444"/>
          <w:sz w:val="18"/>
        </w:rPr>
        <w:t>г. Железногорск, ул. Октябрьская, д. 16, пом. 11А</w:t>
      </w:r>
    </w:p>
    <w:p>
      <w:pPr>
        <w:spacing w:after="0"/>
        <w:jc w:val="right"/>
      </w:pPr>
      <w:r>
        <w:rPr>
          <w:i/>
          <w:color w:val="444444"/>
          <w:sz w:val="18"/>
        </w:rPr>
        <w:t>dr.atametov@mail.ru</w:t>
      </w:r>
    </w:p>
    <w:p>
      <w:pPr>
        <w:spacing w:after="0"/>
      </w:pPr>
    </w:p>
    <w:p>
      <w:pPr>
        <w:ind w:firstLine="425"/>
        <w:jc w:val="both"/>
      </w:pPr>
      <w:r>
        <w:rPr>
          <w:b w:val="0"/>
        </w:rPr>
        <w:t>Я, _______________________________________________________________________,</w:t>
      </w:r>
    </w:p>
    <w:p>
      <w:pPr>
        <w:spacing w:after="0"/>
        <w:jc w:val="right"/>
      </w:pPr>
      <w:r>
        <w:rPr>
          <w:i/>
          <w:color w:val="444444"/>
          <w:sz w:val="18"/>
        </w:rPr>
        <w:t>(фамилия, имя, отчество полностью)</w:t>
      </w:r>
    </w:p>
    <w:p>
      <w:pPr>
        <w:spacing w:after="0"/>
      </w:pPr>
    </w:p>
    <w:p>
      <w:pPr>
        <w:ind w:firstLine="425"/>
        <w:jc w:val="both"/>
      </w:pPr>
      <w:r>
        <w:rPr>
          <w:b w:val="0"/>
        </w:rPr>
        <w:t>паспорт (иной документ, удостоверяющий личность) серия ________ № ______________, выдан _____________________________________________________________ «____» ____________ ______ г.,</w:t>
      </w:r>
    </w:p>
    <w:p>
      <w:pPr>
        <w:ind w:firstLine="425"/>
        <w:jc w:val="both"/>
      </w:pPr>
      <w:r>
        <w:rPr>
          <w:b w:val="0"/>
        </w:rPr>
        <w:t>проживающий(-ая) по адресу: _________________________________________________________,</w:t>
      </w:r>
    </w:p>
    <w:p>
      <w:pPr>
        <w:ind w:firstLine="425"/>
        <w:jc w:val="both"/>
      </w:pPr>
      <w:r>
        <w:rPr>
          <w:b w:val="0"/>
        </w:rPr>
        <w:t>контактный телефон ____________________, адрес электронной почты ____________________,</w:t>
      </w:r>
    </w:p>
    <w:p>
      <w:pPr>
        <w:spacing w:after="0"/>
        <w:jc w:val="right"/>
      </w:pPr>
      <w:r>
        <w:rPr>
          <w:i/>
          <w:color w:val="444444"/>
          <w:sz w:val="18"/>
        </w:rPr>
        <w:t>действующий(-ая) в интересах представляемого лица (заполняется при наличии):</w:t>
      </w:r>
    </w:p>
    <w:p>
      <w:pPr>
        <w:spacing w:after="0"/>
      </w:pPr>
    </w:p>
    <w:p>
      <w:pPr>
        <w:ind w:firstLine="425"/>
        <w:jc w:val="both"/>
      </w:pPr>
      <w:r>
        <w:rPr>
          <w:b w:val="0"/>
        </w:rPr>
        <w:t>_________________________________________________________________ на основании _______________________________________________________________________,</w:t>
      </w:r>
    </w:p>
    <w:p>
      <w:pPr>
        <w:spacing w:after="0"/>
        <w:jc w:val="right"/>
      </w:pPr>
      <w:r>
        <w:rPr>
          <w:i/>
          <w:color w:val="444444"/>
          <w:sz w:val="18"/>
        </w:rPr>
        <w:t>(фамилия, имя, отчество представляемого лица; реквизиты документа, подтверждающего полномочия)</w:t>
      </w:r>
    </w:p>
    <w:p>
      <w:pPr>
        <w:spacing w:after="0"/>
      </w:pPr>
    </w:p>
    <w:p>
      <w:pPr>
        <w:ind w:firstLine="425"/>
        <w:jc w:val="both"/>
      </w:pPr>
      <w:r>
        <w:rPr>
          <w:b w:val="0"/>
        </w:rPr>
        <w:t xml:space="preserve">в соответствии с ч. 2 ст. 9 и ч. 5 ст. 21 Федерального закона от 27 июля 2006 г. № 152-ФЗ «О персональных данных» </w:t>
      </w:r>
      <w:r>
        <w:rPr>
          <w:b/>
        </w:rPr>
        <w:t>прошу прекратить обработку моих персональных данных</w:t>
      </w:r>
      <w:r>
        <w:rPr>
          <w:b w:val="0"/>
        </w:rPr>
        <w:t xml:space="preserve"> (персональных данных представляемого мною лица) индивидуальным предпринимателем Атаметовым Азизханом Дадахановичем, а также обеспечить прекращение их обработки лицами, действующими по поручению Оператора, и, если дальнейшее хранение персональных данных не требуется для целей обработки, </w:t>
      </w:r>
      <w:r>
        <w:rPr>
          <w:b/>
        </w:rPr>
        <w:t>уничтожить их</w:t>
      </w:r>
      <w:r>
        <w:rPr>
          <w:b w:val="0"/>
        </w:rPr>
        <w:t xml:space="preserve"> (обеспечить их уничтожение) в срок, не превышающий 30 (тридцати) дней с даты поступления и регистрации настоящего отзыва, если иное не предусмотрено законодательством Российской Федерации.</w:t>
      </w:r>
    </w:p>
    <w:p>
      <w:pPr>
        <w:ind w:firstLine="425"/>
        <w:jc w:val="both"/>
      </w:pPr>
      <w:r>
        <w:rPr>
          <w:b/>
        </w:rPr>
        <w:t>Отзываю следующие согласия (отметить нужное):</w:t>
      </w:r>
    </w:p>
    <w:p>
      <w:pPr>
        <w:pStyle w:val="ListBullet"/>
        <w:spacing w:after="40"/>
        <w:jc w:val="both"/>
      </w:pPr>
      <w:r>
        <w:rPr>
          <w:b w:val="0"/>
        </w:rPr>
        <w:t>☐ согласие на обработку персональных данных, данное при заполнении формы на сайте https://atametov.ru/;</w:t>
      </w:r>
    </w:p>
    <w:p>
      <w:pPr>
        <w:pStyle w:val="ListBullet"/>
        <w:spacing w:after="40"/>
        <w:jc w:val="both"/>
      </w:pPr>
      <w:r>
        <w:rPr>
          <w:b w:val="0"/>
        </w:rPr>
        <w:t>☐ согласие на обработку персональных данных, собираемых файлами cookie и метрическими программами;</w:t>
      </w:r>
    </w:p>
    <w:p>
      <w:pPr>
        <w:pStyle w:val="ListBullet"/>
        <w:spacing w:after="40"/>
        <w:jc w:val="both"/>
      </w:pPr>
      <w:r>
        <w:rPr>
          <w:b w:val="0"/>
        </w:rPr>
        <w:t>☐ согласие на получение информационной и рекламной рассылки;</w:t>
      </w:r>
    </w:p>
    <w:p>
      <w:pPr>
        <w:pStyle w:val="ListBullet"/>
        <w:spacing w:after="40"/>
        <w:jc w:val="both"/>
      </w:pPr>
      <w:r>
        <w:rPr>
          <w:b w:val="0"/>
        </w:rPr>
        <w:t>☐ согласие на обработку персональных данных, разрешённых для распространения (публикация отзыва на сайте);</w:t>
      </w:r>
    </w:p>
    <w:p>
      <w:pPr>
        <w:pStyle w:val="ListBullet"/>
        <w:spacing w:after="40"/>
        <w:jc w:val="both"/>
      </w:pPr>
      <w:r>
        <w:rPr>
          <w:b w:val="0"/>
        </w:rPr>
        <w:t>☐ согласие на обработку специальных категорий персональных данных (сведений о состоянии здоровья);</w:t>
      </w:r>
    </w:p>
    <w:p>
      <w:pPr>
        <w:pStyle w:val="ListBullet"/>
        <w:spacing w:after="40"/>
        <w:jc w:val="both"/>
      </w:pPr>
      <w:r>
        <w:rPr>
          <w:b w:val="0"/>
        </w:rPr>
        <w:t>☐ согласие на обнародование и использование изображения (фотографии «до» и «после»);</w:t>
      </w:r>
    </w:p>
    <w:p>
      <w:pPr>
        <w:pStyle w:val="ListBullet"/>
        <w:spacing w:after="40"/>
        <w:jc w:val="both"/>
      </w:pPr>
      <w:r>
        <w:rPr>
          <w:b w:val="0"/>
        </w:rPr>
        <w:t>☐ иное: ____________________________________________________________________________.</w:t>
      </w:r>
    </w:p>
    <w:p>
      <w:pPr>
        <w:ind w:firstLine="425"/>
        <w:jc w:val="both"/>
      </w:pPr>
      <w:r>
        <w:rPr>
          <w:b/>
        </w:rPr>
        <w:t>Дополнительно прошу (заполняется при необходимости):</w:t>
      </w:r>
    </w:p>
    <w:p>
      <w:pPr>
        <w:pStyle w:val="ListBullet"/>
        <w:spacing w:after="40"/>
        <w:jc w:val="both"/>
      </w:pPr>
      <w:r>
        <w:rPr>
          <w:b w:val="0"/>
        </w:rPr>
        <w:t>☐ удалить отзыв, размещённый на странице https://atametov.ru/reviews «____» ____________ 20____ г. под именем ____________________________;</w:t>
      </w:r>
    </w:p>
    <w:p>
      <w:pPr>
        <w:pStyle w:val="ListBullet"/>
        <w:spacing w:after="40"/>
        <w:jc w:val="both"/>
      </w:pPr>
      <w:r>
        <w:rPr>
          <w:b w:val="0"/>
        </w:rPr>
        <w:t>☐ удалить с сайта фотографии, размещённые в разделе «Примеры работ»;</w:t>
      </w:r>
    </w:p>
    <w:p>
      <w:pPr>
        <w:pStyle w:val="ListBullet"/>
        <w:spacing w:after="40"/>
        <w:jc w:val="both"/>
      </w:pPr>
      <w:r>
        <w:rPr>
          <w:b w:val="0"/>
        </w:rPr>
        <w:t>☐ прекратить направление рекламных и информационных сообщений;</w:t>
      </w:r>
    </w:p>
    <w:p>
      <w:pPr>
        <w:pStyle w:val="ListBullet"/>
        <w:spacing w:after="40"/>
        <w:jc w:val="both"/>
      </w:pPr>
      <w:r>
        <w:rPr>
          <w:b w:val="0"/>
        </w:rPr>
        <w:t>☐ направить мне подтверждение об исполнении настоящего отзыва по адресу электронной почты, указанному выше.</w:t>
      </w:r>
    </w:p>
    <w:p>
      <w:pPr>
        <w:ind w:firstLine="425"/>
        <w:jc w:val="both"/>
      </w:pPr>
      <w:r>
        <w:rPr>
          <w:b/>
        </w:rPr>
        <w:t>Мне известно, что</w:t>
      </w:r>
      <w:r>
        <w:rPr>
          <w:b w:val="0"/>
        </w:rPr>
        <w:t xml:space="preserve"> в случае отзыва настоящего согласия Оператор вправе продолжить обработку моих персональных данных без согласия при наличии оснований, указанных в пунктах 2–11 ч. 1 ст. 6, ч. 2 ст. 10 и ч. 2 ст. 11 Федерального закона № 152-ФЗ, в том числе в связи с установленной законодательством Российской Федерации обязанностью хранить медицинскую документацию в течение установленных сроков.</w:t>
      </w:r>
    </w:p>
    <w:p>
      <w:pPr>
        <w:spacing w:after="0"/>
        <w:jc w:val="right"/>
      </w:pPr>
      <w:r>
        <w:rPr>
          <w:i/>
          <w:color w:val="444444"/>
          <w:sz w:val="18"/>
        </w:rPr>
        <w:t>____________________ / _________________________________ /  «____» ____________ 20____ г.</w:t>
      </w:r>
    </w:p>
    <w:p>
      <w:pPr>
        <w:spacing w:after="0"/>
        <w:jc w:val="right"/>
      </w:pPr>
      <w:r>
        <w:rPr>
          <w:i/>
          <w:color w:val="444444"/>
          <w:sz w:val="18"/>
        </w:rPr>
        <w:t>(подпись)                           (расшифровка подписи)</w:t>
      </w:r>
    </w:p>
    <w:p>
      <w:pPr>
        <w:spacing w:after="0"/>
      </w:pPr>
    </w:p>
    <w:p>
      <w:pPr>
        <w:spacing w:after="0"/>
        <w:jc w:val="right"/>
      </w:pPr>
      <w:r>
        <w:rPr>
          <w:i/>
          <w:color w:val="444444"/>
          <w:sz w:val="18"/>
        </w:rPr>
        <w:t>Отзыв может быть направлен на адрес электронной почты dr.atametov@mail.ru с пометкой</w:t>
      </w:r>
    </w:p>
    <w:p>
      <w:pPr>
        <w:spacing w:after="0"/>
        <w:jc w:val="right"/>
      </w:pPr>
      <w:r>
        <w:rPr>
          <w:i/>
          <w:color w:val="444444"/>
          <w:sz w:val="18"/>
        </w:rPr>
        <w:t>«Отзыв согласия на обработку персональных данных», по почте либо передан лично по адресу:</w:t>
      </w:r>
    </w:p>
    <w:p>
      <w:pPr>
        <w:spacing w:after="0"/>
        <w:jc w:val="right"/>
      </w:pPr>
      <w:r>
        <w:rPr>
          <w:i/>
          <w:color w:val="444444"/>
          <w:sz w:val="18"/>
        </w:rPr>
        <w:t>662971, Красноярский край, ЗАТО Железногорск, г. Железногорск, ул. Октябрьская, д. 16, пом. 11А.</w:t>
      </w:r>
    </w:p>
    <w:p>
      <w:pPr>
        <w:spacing w:after="0"/>
      </w:pP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